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-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השונים להכנה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מרכיבים של הצגה עצמית וסיפור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שפת גוף והתנהגות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ספר/י על עצמך בחלקים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שכתבת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שאלה אקראית, טיימר והקלטה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שלושה: מראיין, מועמד,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זיהוי תשובות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עד שלושה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לפתוח מנעולים ולהגיע לראיון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ההודעה אמורה להיות קצרה ומנומסת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השאלה היא מה למדתי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מופיע בניווט בין הדפים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והמטרה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(ספר/י על עצמך בחלקים)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(שאלה אקראית, טיימר והקלטה)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(מראיין, מועמד וצופה)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(פותחים מנעולים ומגיעים לראיון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(6 תחומים ו-4 רמות)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ההכנה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בונים הצגה עצמית וסיפורי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מתרגלים עם סימולטור ראיון ומשחק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מעמיתים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משחקים בחידונים ובודקים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ממלאים מחוון הערכה עצמית וכרטיס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קשר בין הכלי לתרגול מעשי לקראת ראיון, כולל דוגמה קונקרטית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ארבעה חלקים ברורים: מצב, משימה, פעולה ותוצאה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מראיין, מועמד, 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- ספר על עצמך; STAR - סיפור עם מבנה של מצב-משימה-פעולה-תוצאה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לתחנות לפי סוגי הפעילות (בונים/מתרגלים/משחקים)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לתרגול בזוגות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-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משחקים שעוזרים להתכונן לראיון עבודה. מתרגלים לדבר, לענות על שאלות ולהתנהג בצורה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משפטים שמספרים מי אני לפני 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לספר סיפור עם מצב, משימה, פעולה ותוצאה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סימולציה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שמדמה מצב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להשתפר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עומדים, מביטים ומחייכים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 הערכה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שבודקת כמה תחומים ברמות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בונים בכלי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ספר/י על עצמך בחלקים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לראיון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סיפורים מכינים?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נשמר אחרי השימוש?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התמונה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שכתבת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בכלי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אקראית, טיימר והקלטה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הקלטה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שאלה אחת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תפקידים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שלושה: מראיין, מועמד, 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זיהוי תשובות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כמה כוכבים אפשר לקבל?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כוכב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שני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שלושה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ארבעה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המטרה בחדר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מנעולים ולהגיע לראיון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בונה הודעת התודה מיועד להודעה ארוכה ומפורטת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כולל כרטיסי משוב מפרגן ומקדם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'עושים / לא עושים' עוסק בשפת גוף, קול והתנהגות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ההערכה העצמית כולל 6 תחומים ו-4 רמות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היציאה שואלים מה אכלתי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הקודם יש מאגר שאלות ותשובות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ב'בונה __________' מכינים שלושה סיפורים מוכנים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ב'בונה הודעת __________' כותבים הודעה קצרה ומנומסת אחרי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בסימולטור הראיון יש שאלה אקראית, טיימר, הקלטה ו__________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במשחק התפקידים יש גם דף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במחוון ההערכה העצמית יש 6 תחומים וארבע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בכרטיסי היציאה שואלים מה __________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כלי והמטרה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בונה ההצגה העצמית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מראיין, מועמד וצופה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סימולטור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6 תחומים ו-4 רמות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 תפקידים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אקראית, טיימר והקלטה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ספר/י על עצמך בחלקים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 הערכה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פותחים מנעולים ומגיעים לראיון בזמן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משוב מעמיתים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מחוון הערכה עצמית וכרטיס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עם סימולטור ראיון ומשחק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הצגה עצמית וסיפורי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בחידונים ובודקים שפת 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מהכלים בדף (לדוגמה סימולטור ראיון או חדר בריחה) ותארו איך הוא יכול לעזור לכם להתכונן לראיון אמיתי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STAR קצר על הצלחה שלכם (מצב, משימה, פעולה, תוצאה)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התפקידים במשחק התפקידים?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בונה ההצגה העצמית לבונה סיפורי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לוקחים איתכם מהתרגול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- משחקים ופעילויות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