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- משחקים ופעילויות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הכלים השונים להכנה לראיון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מרכיבים של הצגה עצמית וסיפור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שפת גוף והתנהגות מתאימה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הכלים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ספר/י על עצמך בחלקים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שאלה אקראית, טיימר והקלטה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שלושה: מראיין, מועמד, צופה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ההודעה אמורה להיות קצרה ומנומסת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הנושא של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דירוג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תצפית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כלי והמטרה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(ספר/י על עצמך בחלקים)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(שאלה אקראית, טיימר והקלטה)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(מראיין, מועמד וצופה)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(פותחים מנעולים ומגיעים לראיון בזמן)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ההכנה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בונים הצגה עצמית וסיפורי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מתרגלים עם סימולטור ראיון ומשחק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מקבלים משוב מעמיתים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משחקים בחידונים ובודקים שפת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שמסבירה קשר בין הכלי לתרגול מעשי לקראת ראיון, כולל דוגמה קונקרטית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מראיין, מועמד, צופה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הצגה עצמית - ספר על עצמך; STAR - סיפור עם מבנה של מצב-משימה-פעולה-תוצאה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ומנומקת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לתחנות לפי סוגי הפעילות (בונים/מתרגלים/משחקים)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לתרגול בזוגות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- משחקים ופעילויות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יש מגוון כלים שעוזרים להתכונן לראיון: בונים הצגה עצמית, מתרגלים עם סימולטור ומשחק תפקידים, ומסכמים עם מחוון הערכה עצמית.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STAR  ·  תצפית  ·  תודה  ·  דירוג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הכלים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בונים ב'בונה ההצגה העצמית'?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ספר/י על עצמך בחלקים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לראיון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יש בסימולטור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שאלה אקראית, טיימר והקלטה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הקלטה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תפקידים יש במשחק התפקידים?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שלושה: מראיין, מועמד, צופה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בונה הודעת התודה מיועד להודעה ארוכה ומפורטת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משוב עמיתים כולל כרטיסי משוב מפרגן ומקדם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 'עושים / לא עושים' עוסק בשפת גוף, קול והתנהגות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ב'בונה __________' מכינים שלושה סיפורים מוכנים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ב'בונה הודעת __________' כותבים הודעה קצרה ומנומסת אחרי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בסימולטור הראיון יש שאלה אקראית, טיימר, הקלטה ו__________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במשחק התפקידים יש גם דף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כלי והמטרה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בונה ההצגה העצמית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שאלה אקראית, טיימר והקלטה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סימולטור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פותחים מנעולים ומגיעים לראיון בזמן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משחק תפקידים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ספר/י על עצמך בחלקים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מראיין, מועמד וצופה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שלבי ההכנה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מתרגלים עם סימולטור ראיון ומשחק תפקידים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בונים הצגה עצמית וסיפורי STAR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משחקים בחידונים ובודקים שפת גוף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מקבלים משוב מעמיתים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מהכלים בדף (לדוגמה סימולטור ראיון או חדר בריחה) ותארו איך הוא יכול לעזור לכם להתכונן לראיון אמיתי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התפקידים במשחק התפקידים?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בונה ההצגה העצמית לבונה סיפורי STAR?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- משחקים ופעילויות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